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7"/>
        <w:gridCol w:w="7609"/>
      </w:tblGrid>
      <w:tr w:rsidR="0003078D" w:rsidRPr="0003078D" w14:paraId="45595C08" w14:textId="77777777" w:rsidTr="00573CE9">
        <w:tc>
          <w:tcPr>
            <w:tcW w:w="4106" w:type="dxa"/>
          </w:tcPr>
          <w:p w14:paraId="6031F78F" w14:textId="77777777" w:rsidR="0003078D" w:rsidRPr="0003078D" w:rsidRDefault="0003078D" w:rsidP="0003078D">
            <w:pPr>
              <w:spacing w:after="40" w:line="276" w:lineRule="auto"/>
              <w:jc w:val="center"/>
              <w:rPr>
                <w:rFonts w:ascii="Aptos Display" w:hAnsi="Aptos Display"/>
                <w:b/>
                <w:color w:val="263238"/>
                <w:sz w:val="33"/>
                <w:lang w:val="en-CA"/>
              </w:rPr>
            </w:pPr>
            <w:r w:rsidRPr="0003078D">
              <w:rPr>
                <w:rFonts w:ascii="Aptos Display" w:hAnsi="Aptos Display"/>
                <w:b/>
                <w:color w:val="263238"/>
                <w:sz w:val="33"/>
                <w:lang w:val="en-CA"/>
              </w:rPr>
              <w:drawing>
                <wp:inline distT="0" distB="0" distL="0" distR="0" wp14:anchorId="102C76A7" wp14:editId="14D08CAF">
                  <wp:extent cx="1987501" cy="685165"/>
                  <wp:effectExtent l="0" t="0" r="0" b="635"/>
                  <wp:docPr id="1977298198" name="Picture 3" descr="A black background with white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7298198" name="Picture 3" descr="A black background with white text&#10;&#10;Description automatically generated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214" cy="832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4" w:type="dxa"/>
            <w:vAlign w:val="center"/>
          </w:tcPr>
          <w:p w14:paraId="77F32181" w14:textId="31736BDB" w:rsidR="0003078D" w:rsidRPr="0003078D" w:rsidRDefault="003D582A" w:rsidP="0003078D">
            <w:pPr>
              <w:spacing w:after="40" w:line="276" w:lineRule="auto"/>
              <w:jc w:val="center"/>
              <w:rPr>
                <w:rFonts w:ascii="Aptos Display" w:hAnsi="Aptos Display"/>
                <w:b/>
                <w:color w:val="263238"/>
                <w:sz w:val="33"/>
                <w:lang w:val="en-CA"/>
              </w:rPr>
            </w:pPr>
            <w:r w:rsidRPr="0003078D">
              <w:rPr>
                <w:rFonts w:ascii="Aptos Display" w:hAnsi="Aptos Display"/>
                <w:b/>
                <w:color w:val="263238"/>
                <w:sz w:val="33"/>
                <w:lang w:val="en-CA"/>
              </w:rPr>
              <w:drawing>
                <wp:anchor distT="0" distB="0" distL="114300" distR="114300" simplePos="0" relativeHeight="251658240" behindDoc="0" locked="0" layoutInCell="1" allowOverlap="1" wp14:anchorId="1FB1C8E7" wp14:editId="251C5B0D">
                  <wp:simplePos x="0" y="0"/>
                  <wp:positionH relativeFrom="column">
                    <wp:posOffset>2390775</wp:posOffset>
                  </wp:positionH>
                  <wp:positionV relativeFrom="paragraph">
                    <wp:posOffset>-5080</wp:posOffset>
                  </wp:positionV>
                  <wp:extent cx="2075180" cy="631825"/>
                  <wp:effectExtent l="0" t="0" r="0" b="3175"/>
                  <wp:wrapNone/>
                  <wp:docPr id="280519376" name="Picture 5" descr="A blue rectangular sign with white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519376" name="Picture 5" descr="A blue rectangular sign with white text&#10;&#10;Description automatically generated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180" cy="631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3078D">
              <w:rPr>
                <w:rFonts w:ascii="Aptos Display" w:hAnsi="Aptos Display"/>
                <w:b/>
                <w:color w:val="263238"/>
                <w:sz w:val="33"/>
                <w:lang w:val="en-CA"/>
              </w:rPr>
              <w:t xml:space="preserve">                                                                   </w:t>
            </w:r>
          </w:p>
        </w:tc>
      </w:tr>
    </w:tbl>
    <w:p w14:paraId="0CB29861" w14:textId="77777777" w:rsidR="0003078D" w:rsidRDefault="0003078D">
      <w:pPr>
        <w:spacing w:after="40"/>
        <w:jc w:val="center"/>
        <w:rPr>
          <w:rFonts w:ascii="Aptos Display" w:hAnsi="Aptos Display"/>
          <w:b/>
          <w:color w:val="263238"/>
          <w:sz w:val="33"/>
        </w:rPr>
      </w:pPr>
    </w:p>
    <w:p w14:paraId="1054CF2D" w14:textId="254BFE0C" w:rsidR="00434B7C" w:rsidRDefault="0003078D">
      <w:pPr>
        <w:spacing w:after="40"/>
        <w:jc w:val="center"/>
      </w:pPr>
      <w:r>
        <w:rPr>
          <w:rFonts w:ascii="Aptos Display" w:hAnsi="Aptos Display"/>
          <w:b/>
          <w:color w:val="263238"/>
          <w:sz w:val="33"/>
        </w:rPr>
        <w:t xml:space="preserve">GSS </w:t>
      </w:r>
      <w:r w:rsidR="00000000">
        <w:rPr>
          <w:rFonts w:ascii="Aptos Display" w:hAnsi="Aptos Display"/>
          <w:b/>
          <w:color w:val="263238"/>
          <w:sz w:val="33"/>
        </w:rPr>
        <w:t xml:space="preserve">IB Diploma </w:t>
      </w:r>
      <w:proofErr w:type="spellStart"/>
      <w:proofErr w:type="gramStart"/>
      <w:r w:rsidR="00000000">
        <w:rPr>
          <w:rFonts w:ascii="Aptos Display" w:hAnsi="Aptos Display"/>
          <w:b/>
          <w:color w:val="263238"/>
          <w:sz w:val="33"/>
        </w:rPr>
        <w:t>Programme</w:t>
      </w:r>
      <w:proofErr w:type="spellEnd"/>
      <w:r w:rsidR="00000000">
        <w:rPr>
          <w:rFonts w:ascii="Aptos Display" w:hAnsi="Aptos Display"/>
          <w:b/>
          <w:color w:val="263238"/>
          <w:sz w:val="33"/>
        </w:rPr>
        <w:t xml:space="preserve">  |</w:t>
      </w:r>
      <w:proofErr w:type="gramEnd"/>
      <w:r w:rsidR="00000000">
        <w:rPr>
          <w:rFonts w:ascii="Aptos Display" w:hAnsi="Aptos Display"/>
          <w:b/>
          <w:color w:val="263238"/>
          <w:sz w:val="33"/>
        </w:rPr>
        <w:t xml:space="preserve">  2027 </w:t>
      </w:r>
      <w:proofErr w:type="gramStart"/>
      <w:r w:rsidR="00000000">
        <w:rPr>
          <w:rFonts w:ascii="Aptos Display" w:hAnsi="Aptos Display"/>
          <w:b/>
          <w:color w:val="263238"/>
          <w:sz w:val="33"/>
        </w:rPr>
        <w:t>Cohort  |</w:t>
      </w:r>
      <w:proofErr w:type="gramEnd"/>
      <w:r w:rsidR="00000000">
        <w:rPr>
          <w:rFonts w:ascii="Aptos Display" w:hAnsi="Aptos Display"/>
          <w:b/>
          <w:color w:val="263238"/>
          <w:sz w:val="33"/>
        </w:rPr>
        <w:t xml:space="preserve">  Assessment Calendar</w:t>
      </w: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869"/>
        <w:gridCol w:w="3869"/>
        <w:gridCol w:w="3869"/>
      </w:tblGrid>
      <w:tr w:rsidR="00434B7C" w14:paraId="360E1CCB" w14:textId="77777777">
        <w:trPr>
          <w:jc w:val="center"/>
        </w:trPr>
        <w:tc>
          <w:tcPr>
            <w:tcW w:w="3869" w:type="dxa"/>
            <w:shd w:val="clear" w:color="auto" w:fill="FFF200"/>
            <w:tcMar>
              <w:top w:w="28" w:type="dxa"/>
              <w:left w:w="30" w:type="dxa"/>
              <w:bottom w:w="28" w:type="dxa"/>
              <w:right w:w="30" w:type="dxa"/>
            </w:tcMar>
          </w:tcPr>
          <w:p w14:paraId="209CB6F5" w14:textId="77777777" w:rsidR="00434B7C" w:rsidRDefault="00000000">
            <w:pPr>
              <w:jc w:val="center"/>
            </w:pPr>
            <w:r>
              <w:rPr>
                <w:b/>
                <w:sz w:val="16"/>
              </w:rPr>
              <w:t>DRAFT / ROUGH COPY</w:t>
            </w:r>
          </w:p>
        </w:tc>
        <w:tc>
          <w:tcPr>
            <w:tcW w:w="3869" w:type="dxa"/>
            <w:shd w:val="clear" w:color="auto" w:fill="35E55B"/>
            <w:tcMar>
              <w:top w:w="28" w:type="dxa"/>
              <w:left w:w="30" w:type="dxa"/>
              <w:bottom w:w="28" w:type="dxa"/>
              <w:right w:w="30" w:type="dxa"/>
            </w:tcMar>
          </w:tcPr>
          <w:p w14:paraId="3723A507" w14:textId="77777777" w:rsidR="00434B7C" w:rsidRDefault="00000000">
            <w:pPr>
              <w:jc w:val="center"/>
            </w:pPr>
            <w:r>
              <w:rPr>
                <w:b/>
                <w:sz w:val="16"/>
              </w:rPr>
              <w:t>FINAL COPY</w:t>
            </w:r>
          </w:p>
        </w:tc>
        <w:tc>
          <w:tcPr>
            <w:tcW w:w="3869" w:type="dxa"/>
            <w:shd w:val="clear" w:color="auto" w:fill="20DCE5"/>
            <w:tcMar>
              <w:top w:w="28" w:type="dxa"/>
              <w:left w:w="30" w:type="dxa"/>
              <w:bottom w:w="28" w:type="dxa"/>
              <w:right w:w="30" w:type="dxa"/>
            </w:tcMar>
          </w:tcPr>
          <w:p w14:paraId="6D7ED714" w14:textId="77777777" w:rsidR="00434B7C" w:rsidRDefault="00000000">
            <w:pPr>
              <w:jc w:val="center"/>
            </w:pPr>
            <w:r>
              <w:rPr>
                <w:b/>
                <w:sz w:val="16"/>
              </w:rPr>
              <w:t>OTHER CORE REQUIREMENTS</w:t>
            </w:r>
          </w:p>
        </w:tc>
      </w:tr>
    </w:tbl>
    <w:p w14:paraId="56735B41" w14:textId="77777777" w:rsidR="00434B7C" w:rsidRDefault="00434B7C">
      <w:pPr>
        <w:spacing w:line="48" w:lineRule="auto"/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5803"/>
        <w:gridCol w:w="5803"/>
      </w:tblGrid>
      <w:tr w:rsidR="00434B7C" w14:paraId="6E0EDE4A" w14:textId="77777777">
        <w:trPr>
          <w:cantSplit/>
          <w:jc w:val="center"/>
        </w:trPr>
        <w:tc>
          <w:tcPr>
            <w:tcW w:w="5803" w:type="dxa"/>
            <w:tcMar>
              <w:top w:w="18" w:type="dxa"/>
              <w:left w:w="22" w:type="dxa"/>
              <w:bottom w:w="18" w:type="dxa"/>
              <w:right w:w="22" w:type="dxa"/>
            </w:tcMar>
          </w:tcPr>
          <w:p w14:paraId="2280BFB5" w14:textId="77777777" w:rsidR="00434B7C" w:rsidRDefault="00434B7C"/>
          <w:tbl>
            <w:tblPr>
              <w:tblW w:w="0" w:type="auto"/>
              <w:tblBorders>
                <w:top w:val="single" w:sz="5" w:space="0" w:color="B8C4C8"/>
                <w:left w:val="single" w:sz="5" w:space="0" w:color="B8C4C8"/>
                <w:bottom w:val="single" w:sz="5" w:space="0" w:color="B8C4C8"/>
                <w:right w:val="single" w:sz="5" w:space="0" w:color="B8C4C8"/>
                <w:insideH w:val="single" w:sz="5" w:space="0" w:color="B8C4C8"/>
                <w:insideV w:val="single" w:sz="5" w:space="0" w:color="B8C4C8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47"/>
              <w:gridCol w:w="3455"/>
            </w:tblGrid>
            <w:tr w:rsidR="00434B7C" w14:paraId="06F8471C" w14:textId="77777777">
              <w:tc>
                <w:tcPr>
                  <w:tcW w:w="5802" w:type="dxa"/>
                  <w:gridSpan w:val="2"/>
                  <w:shd w:val="clear" w:color="auto" w:fill="263238"/>
                  <w:tcMar>
                    <w:top w:w="20" w:type="dxa"/>
                    <w:left w:w="35" w:type="dxa"/>
                    <w:bottom w:w="20" w:type="dxa"/>
                    <w:right w:w="35" w:type="dxa"/>
                  </w:tcMar>
                </w:tcPr>
                <w:p w14:paraId="4047363B" w14:textId="77777777" w:rsidR="00434B7C" w:rsidRDefault="00000000">
                  <w:proofErr w:type="gramStart"/>
                  <w:r>
                    <w:rPr>
                      <w:b/>
                      <w:color w:val="FFFFFF"/>
                      <w:sz w:val="21"/>
                    </w:rPr>
                    <w:t>SEPTEMBER  '</w:t>
                  </w:r>
                  <w:proofErr w:type="gramEnd"/>
                  <w:r>
                    <w:rPr>
                      <w:b/>
                      <w:color w:val="FFFFFF"/>
                      <w:sz w:val="21"/>
                    </w:rPr>
                    <w:t>26</w:t>
                  </w:r>
                </w:p>
              </w:tc>
            </w:tr>
            <w:tr w:rsidR="00434B7C" w14:paraId="3EA5E2C2" w14:textId="77777777">
              <w:tc>
                <w:tcPr>
                  <w:tcW w:w="2347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</w:tcPr>
                <w:p w14:paraId="7DCCB032" w14:textId="77777777" w:rsidR="00434B7C" w:rsidRDefault="00434B7C"/>
                <w:tbl>
                  <w:tblPr>
                    <w:tblW w:w="0" w:type="auto"/>
                    <w:tblBorders>
                      <w:top w:val="single" w:sz="3" w:space="0" w:color="D7DEE1"/>
                      <w:left w:val="single" w:sz="3" w:space="0" w:color="D7DEE1"/>
                      <w:bottom w:val="single" w:sz="3" w:space="0" w:color="D7DEE1"/>
                      <w:right w:val="single" w:sz="3" w:space="0" w:color="D7DEE1"/>
                      <w:insideH w:val="single" w:sz="3" w:space="0" w:color="D7DEE1"/>
                      <w:insideV w:val="single" w:sz="3" w:space="0" w:color="D7DEE1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35"/>
                    <w:gridCol w:w="335"/>
                    <w:gridCol w:w="335"/>
                    <w:gridCol w:w="335"/>
                    <w:gridCol w:w="335"/>
                    <w:gridCol w:w="335"/>
                    <w:gridCol w:w="335"/>
                  </w:tblGrid>
                  <w:tr w:rsidR="00434B7C" w14:paraId="02851C95" w14:textId="77777777"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309062C1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S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2E2951DE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M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02367DA1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T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7F7E4401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W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2A03D540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Th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7018BE75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F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004F6FEA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S</w:t>
                        </w:r>
                      </w:p>
                    </w:tc>
                  </w:tr>
                  <w:tr w:rsidR="00434B7C" w14:paraId="17038DD3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7A638ED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EE2B82C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AC052F6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F3BA58B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E4AC13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4E2BD88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4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98DFBD9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5</w:t>
                        </w:r>
                      </w:p>
                    </w:tc>
                  </w:tr>
                  <w:tr w:rsidR="00434B7C" w14:paraId="7EA933AB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E6490E5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6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31798B3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7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B4A0070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8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0FFBACE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9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DAE3CE3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10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062B850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11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645CBD3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12</w:t>
                        </w:r>
                      </w:p>
                    </w:tc>
                  </w:tr>
                  <w:tr w:rsidR="00434B7C" w14:paraId="0DF64356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C30150B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13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BA40C75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14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F7EA696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15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8C9D0A3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16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155D8B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17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56742EA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18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57ED676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19</w:t>
                        </w:r>
                      </w:p>
                    </w:tc>
                  </w:tr>
                  <w:tr w:rsidR="00434B7C" w14:paraId="392E8F6E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B82053F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20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61014E9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21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1FEEC03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22</w:t>
                        </w:r>
                      </w:p>
                    </w:tc>
                    <w:tc>
                      <w:tcPr>
                        <w:tcW w:w="335" w:type="dxa"/>
                        <w:shd w:val="clear" w:color="auto" w:fill="FFF200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BB0FFDD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23</w:t>
                        </w:r>
                      </w:p>
                    </w:tc>
                    <w:tc>
                      <w:tcPr>
                        <w:tcW w:w="335" w:type="dxa"/>
                        <w:shd w:val="clear" w:color="auto" w:fill="35E55B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05493C7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24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7B638F8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25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4B46FB7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26</w:t>
                        </w:r>
                      </w:p>
                    </w:tc>
                  </w:tr>
                  <w:tr w:rsidR="00434B7C" w14:paraId="6151E3AE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A414188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27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47BDEB0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28</w:t>
                        </w:r>
                      </w:p>
                    </w:tc>
                    <w:tc>
                      <w:tcPr>
                        <w:tcW w:w="335" w:type="dxa"/>
                        <w:shd w:val="clear" w:color="auto" w:fill="FFF200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F1AEF6F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29</w:t>
                        </w:r>
                      </w:p>
                    </w:tc>
                    <w:tc>
                      <w:tcPr>
                        <w:tcW w:w="335" w:type="dxa"/>
                        <w:shd w:val="clear" w:color="auto" w:fill="20DCE5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7606BF0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30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9199E45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6D98CDE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2FDE549" w14:textId="77777777" w:rsidR="00434B7C" w:rsidRDefault="00434B7C">
                        <w:pPr>
                          <w:jc w:val="center"/>
                        </w:pPr>
                      </w:p>
                    </w:tc>
                  </w:tr>
                  <w:tr w:rsidR="00434B7C" w14:paraId="6385F7D3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D9872F7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C7F35A9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73A7C9F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9CBACB6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5ADB0DC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366D399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AD048CF" w14:textId="77777777" w:rsidR="00434B7C" w:rsidRDefault="00434B7C">
                        <w:pPr>
                          <w:jc w:val="center"/>
                        </w:pPr>
                      </w:p>
                    </w:tc>
                  </w:tr>
                </w:tbl>
                <w:p w14:paraId="2581568F" w14:textId="77777777" w:rsidR="00434B7C" w:rsidRDefault="00434B7C"/>
              </w:tc>
              <w:tc>
                <w:tcPr>
                  <w:tcW w:w="3096" w:type="dxa"/>
                  <w:tcMar>
                    <w:top w:w="16" w:type="dxa"/>
                    <w:left w:w="28" w:type="dxa"/>
                    <w:bottom w:w="10" w:type="dxa"/>
                    <w:right w:w="24" w:type="dxa"/>
                  </w:tcMar>
                </w:tcPr>
                <w:p w14:paraId="6DE27DEB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FFF200"/>
                    </w:rPr>
                    <w:t xml:space="preserve">23 </w:t>
                  </w:r>
                  <w:r>
                    <w:rPr>
                      <w:sz w:val="16"/>
                    </w:rPr>
                    <w:t>Hist Investigation draft</w:t>
                  </w:r>
                </w:p>
                <w:p w14:paraId="250595A3" w14:textId="77777777" w:rsidR="00434B7C" w:rsidRDefault="00000000" w:rsidP="0003078D">
                  <w:pPr>
                    <w:spacing w:after="10" w:line="221" w:lineRule="auto"/>
                    <w:ind w:right="429"/>
                  </w:pPr>
                  <w:r>
                    <w:rPr>
                      <w:b/>
                      <w:sz w:val="16"/>
                      <w:shd w:val="clear" w:color="auto" w:fill="35E55B"/>
                    </w:rPr>
                    <w:t xml:space="preserve">24 </w:t>
                  </w:r>
                  <w:r>
                    <w:rPr>
                      <w:sz w:val="16"/>
                    </w:rPr>
                    <w:t>TOK Exhibition</w:t>
                  </w:r>
                </w:p>
                <w:p w14:paraId="624A4C07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FFF200"/>
                    </w:rPr>
                    <w:t xml:space="preserve">29 </w:t>
                  </w:r>
                  <w:r>
                    <w:rPr>
                      <w:sz w:val="16"/>
                    </w:rPr>
                    <w:t>Math Exploration draft</w:t>
                  </w:r>
                </w:p>
                <w:p w14:paraId="5753A320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20DCE5"/>
                    </w:rPr>
                    <w:t xml:space="preserve">30 </w:t>
                  </w:r>
                  <w:r>
                    <w:rPr>
                      <w:sz w:val="16"/>
                    </w:rPr>
                    <w:t>CAS Meeting #2</w:t>
                  </w:r>
                </w:p>
              </w:tc>
            </w:tr>
          </w:tbl>
          <w:p w14:paraId="7CF90809" w14:textId="77777777" w:rsidR="00434B7C" w:rsidRDefault="00434B7C"/>
        </w:tc>
        <w:tc>
          <w:tcPr>
            <w:tcW w:w="5803" w:type="dxa"/>
            <w:tcMar>
              <w:top w:w="18" w:type="dxa"/>
              <w:left w:w="22" w:type="dxa"/>
              <w:bottom w:w="18" w:type="dxa"/>
              <w:right w:w="22" w:type="dxa"/>
            </w:tcMar>
          </w:tcPr>
          <w:p w14:paraId="78B6401F" w14:textId="77777777" w:rsidR="00434B7C" w:rsidRDefault="00434B7C"/>
          <w:tbl>
            <w:tblPr>
              <w:tblW w:w="0" w:type="auto"/>
              <w:tblBorders>
                <w:top w:val="single" w:sz="5" w:space="0" w:color="B8C4C8"/>
                <w:left w:val="single" w:sz="5" w:space="0" w:color="B8C4C8"/>
                <w:bottom w:val="single" w:sz="5" w:space="0" w:color="B8C4C8"/>
                <w:right w:val="single" w:sz="5" w:space="0" w:color="B8C4C8"/>
                <w:insideH w:val="single" w:sz="5" w:space="0" w:color="B8C4C8"/>
                <w:insideV w:val="single" w:sz="5" w:space="0" w:color="B8C4C8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47"/>
              <w:gridCol w:w="3455"/>
            </w:tblGrid>
            <w:tr w:rsidR="00434B7C" w14:paraId="209AB7CB" w14:textId="77777777">
              <w:tc>
                <w:tcPr>
                  <w:tcW w:w="5802" w:type="dxa"/>
                  <w:gridSpan w:val="2"/>
                  <w:shd w:val="clear" w:color="auto" w:fill="263238"/>
                  <w:tcMar>
                    <w:top w:w="20" w:type="dxa"/>
                    <w:left w:w="35" w:type="dxa"/>
                    <w:bottom w:w="20" w:type="dxa"/>
                    <w:right w:w="35" w:type="dxa"/>
                  </w:tcMar>
                </w:tcPr>
                <w:p w14:paraId="02C6D309" w14:textId="77777777" w:rsidR="00434B7C" w:rsidRDefault="00000000">
                  <w:r>
                    <w:rPr>
                      <w:b/>
                      <w:color w:val="FFFFFF"/>
                      <w:sz w:val="21"/>
                    </w:rPr>
                    <w:t>JANUARY  '27</w:t>
                  </w:r>
                </w:p>
              </w:tc>
            </w:tr>
            <w:tr w:rsidR="00434B7C" w14:paraId="5161581E" w14:textId="77777777">
              <w:tc>
                <w:tcPr>
                  <w:tcW w:w="2347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</w:tcPr>
                <w:p w14:paraId="6A89B113" w14:textId="77777777" w:rsidR="00434B7C" w:rsidRDefault="00434B7C"/>
                <w:tbl>
                  <w:tblPr>
                    <w:tblW w:w="0" w:type="auto"/>
                    <w:tblBorders>
                      <w:top w:val="single" w:sz="3" w:space="0" w:color="D7DEE1"/>
                      <w:left w:val="single" w:sz="3" w:space="0" w:color="D7DEE1"/>
                      <w:bottom w:val="single" w:sz="3" w:space="0" w:color="D7DEE1"/>
                      <w:right w:val="single" w:sz="3" w:space="0" w:color="D7DEE1"/>
                      <w:insideH w:val="single" w:sz="3" w:space="0" w:color="D7DEE1"/>
                      <w:insideV w:val="single" w:sz="3" w:space="0" w:color="D7DEE1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35"/>
                    <w:gridCol w:w="335"/>
                    <w:gridCol w:w="335"/>
                    <w:gridCol w:w="335"/>
                    <w:gridCol w:w="335"/>
                    <w:gridCol w:w="335"/>
                    <w:gridCol w:w="335"/>
                  </w:tblGrid>
                  <w:tr w:rsidR="00434B7C" w14:paraId="18000201" w14:textId="77777777"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3F5B1DF0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S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2598599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M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60B150FD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T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0D7CEC08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W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0C779486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Th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6289933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F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52E0E00C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S</w:t>
                        </w:r>
                      </w:p>
                    </w:tc>
                  </w:tr>
                  <w:tr w:rsidR="00434B7C" w14:paraId="0BB54DC5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359AB71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212E80A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A5CA73E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F88C6AB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D3A8375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8D20A93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CEC98F9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</w:t>
                        </w:r>
                      </w:p>
                    </w:tc>
                  </w:tr>
                  <w:tr w:rsidR="00434B7C" w14:paraId="230BC19E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57532B7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C278081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4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279AF87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5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14F9FA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6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6AC2901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7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5ADB759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8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45F9CB6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9</w:t>
                        </w:r>
                      </w:p>
                    </w:tc>
                  </w:tr>
                  <w:tr w:rsidR="00434B7C" w14:paraId="5DA5E168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50F9987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10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2817C5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11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C8B6368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12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A714BCB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13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775A1BB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14</w:t>
                        </w:r>
                      </w:p>
                    </w:tc>
                    <w:tc>
                      <w:tcPr>
                        <w:tcW w:w="335" w:type="dxa"/>
                        <w:shd w:val="clear" w:color="auto" w:fill="35E55B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6CA6DDC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15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EE54C1E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16</w:t>
                        </w:r>
                      </w:p>
                    </w:tc>
                  </w:tr>
                  <w:tr w:rsidR="00434B7C" w14:paraId="44FE8F73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FC529B3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17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9DD867B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18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27CD6FB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19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A501ACC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20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E20E61D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21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F28D6DA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22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CC74DC0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23</w:t>
                        </w:r>
                      </w:p>
                    </w:tc>
                  </w:tr>
                  <w:tr w:rsidR="00434B7C" w14:paraId="2487E2F6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4D1FA4D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24</w:t>
                        </w:r>
                      </w:p>
                    </w:tc>
                    <w:tc>
                      <w:tcPr>
                        <w:tcW w:w="335" w:type="dxa"/>
                        <w:shd w:val="clear" w:color="auto" w:fill="20DCE5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67C5FC6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25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C72F5E3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26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14FDFD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27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04AA41B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28</w:t>
                        </w:r>
                      </w:p>
                    </w:tc>
                    <w:tc>
                      <w:tcPr>
                        <w:tcW w:w="335" w:type="dxa"/>
                        <w:shd w:val="clear" w:color="auto" w:fill="FFF200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A865C5A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29</w:t>
                        </w:r>
                      </w:p>
                    </w:tc>
                    <w:tc>
                      <w:tcPr>
                        <w:tcW w:w="335" w:type="dxa"/>
                        <w:shd w:val="clear" w:color="auto" w:fill="35E55B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F91B98B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30</w:t>
                        </w:r>
                      </w:p>
                    </w:tc>
                  </w:tr>
                  <w:tr w:rsidR="00434B7C" w14:paraId="0F07A7E5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C1ACC90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31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B2677F1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DD44B45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4584D24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A9424F5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05AC4C3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53B4D0C" w14:textId="77777777" w:rsidR="00434B7C" w:rsidRDefault="00434B7C">
                        <w:pPr>
                          <w:jc w:val="center"/>
                        </w:pPr>
                      </w:p>
                    </w:tc>
                  </w:tr>
                </w:tbl>
                <w:p w14:paraId="33C0AA33" w14:textId="77777777" w:rsidR="00434B7C" w:rsidRDefault="00434B7C"/>
              </w:tc>
              <w:tc>
                <w:tcPr>
                  <w:tcW w:w="3096" w:type="dxa"/>
                  <w:tcMar>
                    <w:top w:w="16" w:type="dxa"/>
                    <w:left w:w="28" w:type="dxa"/>
                    <w:bottom w:w="10" w:type="dxa"/>
                    <w:right w:w="24" w:type="dxa"/>
                  </w:tcMar>
                </w:tcPr>
                <w:p w14:paraId="014E2E3D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35E55B"/>
                    </w:rPr>
                    <w:t xml:space="preserve">15 </w:t>
                  </w:r>
                  <w:r>
                    <w:rPr>
                      <w:sz w:val="16"/>
                    </w:rPr>
                    <w:t>English HL Essay</w:t>
                  </w:r>
                </w:p>
                <w:p w14:paraId="2F50871E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20DCE5"/>
                    </w:rPr>
                    <w:t xml:space="preserve">25 </w:t>
                  </w:r>
                  <w:r>
                    <w:rPr>
                      <w:sz w:val="16"/>
                    </w:rPr>
                    <w:t>Ecoursework uploads</w:t>
                  </w:r>
                </w:p>
                <w:p w14:paraId="3F5C6324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20DCE5"/>
                    </w:rPr>
                    <w:t xml:space="preserve">25 </w:t>
                  </w:r>
                  <w:r>
                    <w:rPr>
                      <w:sz w:val="16"/>
                    </w:rPr>
                    <w:t>EE/TOK/HL Essay/Visual Arts CS/</w:t>
                  </w:r>
                  <w:r>
                    <w:rPr>
                      <w:sz w:val="16"/>
                    </w:rPr>
                    <w:br/>
                    <w:t>Music Experiment Report</w:t>
                  </w:r>
                </w:p>
                <w:p w14:paraId="565427DE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FFF200"/>
                    </w:rPr>
                    <w:t xml:space="preserve">29 </w:t>
                  </w:r>
                  <w:r>
                    <w:rPr>
                      <w:sz w:val="16"/>
                    </w:rPr>
                    <w:t>Biology IA draft</w:t>
                  </w:r>
                </w:p>
                <w:p w14:paraId="758A5253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35E55B"/>
                    </w:rPr>
                    <w:t xml:space="preserve">30 </w:t>
                  </w:r>
                  <w:r>
                    <w:rPr>
                      <w:sz w:val="16"/>
                    </w:rPr>
                    <w:t>VA (SL) Connections Study</w:t>
                  </w:r>
                </w:p>
                <w:p w14:paraId="568542D2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35E55B"/>
                    </w:rPr>
                    <w:t xml:space="preserve">30 </w:t>
                  </w:r>
                  <w:r>
                    <w:rPr>
                      <w:sz w:val="16"/>
                    </w:rPr>
                    <w:t>V Arts (HL) Artist Project</w:t>
                  </w:r>
                </w:p>
              </w:tc>
            </w:tr>
          </w:tbl>
          <w:p w14:paraId="1E7E4AF8" w14:textId="77777777" w:rsidR="00434B7C" w:rsidRDefault="00434B7C"/>
        </w:tc>
      </w:tr>
      <w:tr w:rsidR="00434B7C" w14:paraId="59780CF2" w14:textId="77777777">
        <w:trPr>
          <w:cantSplit/>
          <w:jc w:val="center"/>
        </w:trPr>
        <w:tc>
          <w:tcPr>
            <w:tcW w:w="5803" w:type="dxa"/>
            <w:tcMar>
              <w:top w:w="18" w:type="dxa"/>
              <w:left w:w="22" w:type="dxa"/>
              <w:bottom w:w="18" w:type="dxa"/>
              <w:right w:w="22" w:type="dxa"/>
            </w:tcMar>
          </w:tcPr>
          <w:p w14:paraId="4B72A0B0" w14:textId="77777777" w:rsidR="00434B7C" w:rsidRDefault="00434B7C"/>
          <w:tbl>
            <w:tblPr>
              <w:tblW w:w="0" w:type="auto"/>
              <w:tblBorders>
                <w:top w:val="single" w:sz="5" w:space="0" w:color="B8C4C8"/>
                <w:left w:val="single" w:sz="5" w:space="0" w:color="B8C4C8"/>
                <w:bottom w:val="single" w:sz="5" w:space="0" w:color="B8C4C8"/>
                <w:right w:val="single" w:sz="5" w:space="0" w:color="B8C4C8"/>
                <w:insideH w:val="single" w:sz="5" w:space="0" w:color="B8C4C8"/>
                <w:insideV w:val="single" w:sz="5" w:space="0" w:color="B8C4C8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47"/>
              <w:gridCol w:w="3455"/>
            </w:tblGrid>
            <w:tr w:rsidR="00434B7C" w14:paraId="07AF7C97" w14:textId="77777777">
              <w:tc>
                <w:tcPr>
                  <w:tcW w:w="5802" w:type="dxa"/>
                  <w:gridSpan w:val="2"/>
                  <w:shd w:val="clear" w:color="auto" w:fill="263238"/>
                  <w:tcMar>
                    <w:top w:w="20" w:type="dxa"/>
                    <w:left w:w="35" w:type="dxa"/>
                    <w:bottom w:w="20" w:type="dxa"/>
                    <w:right w:w="35" w:type="dxa"/>
                  </w:tcMar>
                </w:tcPr>
                <w:p w14:paraId="078B57AF" w14:textId="77777777" w:rsidR="00434B7C" w:rsidRDefault="00000000">
                  <w:r>
                    <w:rPr>
                      <w:b/>
                      <w:color w:val="FFFFFF"/>
                      <w:sz w:val="21"/>
                    </w:rPr>
                    <w:t>OCTOBER  '26</w:t>
                  </w:r>
                </w:p>
              </w:tc>
            </w:tr>
            <w:tr w:rsidR="00434B7C" w14:paraId="0B91BEAB" w14:textId="77777777">
              <w:tc>
                <w:tcPr>
                  <w:tcW w:w="2347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</w:tcPr>
                <w:p w14:paraId="724B602E" w14:textId="77777777" w:rsidR="00434B7C" w:rsidRDefault="00434B7C"/>
                <w:tbl>
                  <w:tblPr>
                    <w:tblW w:w="0" w:type="auto"/>
                    <w:tblBorders>
                      <w:top w:val="single" w:sz="3" w:space="0" w:color="D7DEE1"/>
                      <w:left w:val="single" w:sz="3" w:space="0" w:color="D7DEE1"/>
                      <w:bottom w:val="single" w:sz="3" w:space="0" w:color="D7DEE1"/>
                      <w:right w:val="single" w:sz="3" w:space="0" w:color="D7DEE1"/>
                      <w:insideH w:val="single" w:sz="3" w:space="0" w:color="D7DEE1"/>
                      <w:insideV w:val="single" w:sz="3" w:space="0" w:color="D7DEE1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35"/>
                    <w:gridCol w:w="335"/>
                    <w:gridCol w:w="335"/>
                    <w:gridCol w:w="335"/>
                    <w:gridCol w:w="335"/>
                    <w:gridCol w:w="335"/>
                    <w:gridCol w:w="335"/>
                  </w:tblGrid>
                  <w:tr w:rsidR="00434B7C" w14:paraId="008D464A" w14:textId="77777777"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50B5AECF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S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65001CD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M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505EE4DB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T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637E785A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W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05DC09E3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Th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6574003C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F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2E39F589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S</w:t>
                        </w:r>
                      </w:p>
                    </w:tc>
                  </w:tr>
                  <w:tr w:rsidR="00434B7C" w14:paraId="10F8ED03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6CE3D3B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10FCAB0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5DFA778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0285EDD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7CC2DEF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335" w:type="dxa"/>
                        <w:shd w:val="clear" w:color="auto" w:fill="20DCE5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F0B080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53F1AED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3</w:t>
                        </w:r>
                      </w:p>
                    </w:tc>
                  </w:tr>
                  <w:tr w:rsidR="00434B7C" w14:paraId="1C4400D8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8A949C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4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17F5DC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5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E3CC3DB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6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C325D03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7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326F54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8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89BD586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9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D5B226A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10</w:t>
                        </w:r>
                      </w:p>
                    </w:tc>
                  </w:tr>
                  <w:tr w:rsidR="00434B7C" w14:paraId="51C9B44F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7E12B1E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11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4401723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12</w:t>
                        </w:r>
                      </w:p>
                    </w:tc>
                    <w:tc>
                      <w:tcPr>
                        <w:tcW w:w="335" w:type="dxa"/>
                        <w:shd w:val="clear" w:color="auto" w:fill="FFF200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9C4492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13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A36E97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14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7A6FF41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15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C9B1AAF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16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55B7CA5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17</w:t>
                        </w:r>
                      </w:p>
                    </w:tc>
                  </w:tr>
                  <w:tr w:rsidR="00434B7C" w14:paraId="1FAEA2BC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21729F8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18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DB1DED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19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BBDDBF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20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DAC0C4A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21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C6034E6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22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1DA1001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23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5A4D5E7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24</w:t>
                        </w:r>
                      </w:p>
                    </w:tc>
                  </w:tr>
                  <w:tr w:rsidR="00434B7C" w14:paraId="1DB39233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9A5D965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25</w:t>
                        </w:r>
                      </w:p>
                    </w:tc>
                    <w:tc>
                      <w:tcPr>
                        <w:tcW w:w="335" w:type="dxa"/>
                        <w:shd w:val="clear" w:color="auto" w:fill="20DCE5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A91BC07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26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3E72533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27</w:t>
                        </w:r>
                      </w:p>
                    </w:tc>
                    <w:tc>
                      <w:tcPr>
                        <w:tcW w:w="335" w:type="dxa"/>
                        <w:shd w:val="clear" w:color="auto" w:fill="FFF200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58AC209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28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742A910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29</w:t>
                        </w:r>
                      </w:p>
                    </w:tc>
                    <w:tc>
                      <w:tcPr>
                        <w:tcW w:w="335" w:type="dxa"/>
                        <w:shd w:val="clear" w:color="auto" w:fill="FFF200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35CA3D3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30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405CDC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31</w:t>
                        </w:r>
                      </w:p>
                    </w:tc>
                  </w:tr>
                  <w:tr w:rsidR="00434B7C" w14:paraId="7129CF06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CFC78A3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CACAAFA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72827A4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A858ADA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02CC9F3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14C59C1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91BF8EF" w14:textId="77777777" w:rsidR="00434B7C" w:rsidRDefault="00434B7C">
                        <w:pPr>
                          <w:jc w:val="center"/>
                        </w:pPr>
                      </w:p>
                    </w:tc>
                  </w:tr>
                </w:tbl>
                <w:p w14:paraId="6BF81B8D" w14:textId="77777777" w:rsidR="00434B7C" w:rsidRDefault="00434B7C"/>
              </w:tc>
              <w:tc>
                <w:tcPr>
                  <w:tcW w:w="3096" w:type="dxa"/>
                  <w:tcMar>
                    <w:top w:w="16" w:type="dxa"/>
                    <w:left w:w="28" w:type="dxa"/>
                    <w:bottom w:w="10" w:type="dxa"/>
                    <w:right w:w="24" w:type="dxa"/>
                  </w:tcMar>
                </w:tcPr>
                <w:p w14:paraId="2845F286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20DCE5"/>
                    </w:rPr>
                    <w:t xml:space="preserve">2 </w:t>
                  </w:r>
                  <w:r>
                    <w:rPr>
                      <w:sz w:val="16"/>
                    </w:rPr>
                    <w:t>CAS Group project</w:t>
                  </w:r>
                </w:p>
                <w:p w14:paraId="1E75D3BA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FFF200"/>
                    </w:rPr>
                    <w:t xml:space="preserve">13 </w:t>
                  </w:r>
                  <w:r>
                    <w:rPr>
                      <w:sz w:val="16"/>
                    </w:rPr>
                    <w:t>EE draft</w:t>
                  </w:r>
                </w:p>
                <w:p w14:paraId="29484044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20DCE5"/>
                    </w:rPr>
                    <w:t xml:space="preserve">26 </w:t>
                  </w:r>
                  <w:r>
                    <w:rPr>
                      <w:sz w:val="16"/>
                    </w:rPr>
                    <w:t>EE supervisor meeting #2</w:t>
                  </w:r>
                </w:p>
                <w:p w14:paraId="53D6454C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FFF200"/>
                    </w:rPr>
                    <w:t xml:space="preserve">28 </w:t>
                  </w:r>
                  <w:r>
                    <w:rPr>
                      <w:sz w:val="16"/>
                    </w:rPr>
                    <w:t>Practice Eng Orals (19-28)</w:t>
                  </w:r>
                </w:p>
                <w:p w14:paraId="5E2D5138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FFF200"/>
                    </w:rPr>
                    <w:t xml:space="preserve">30 </w:t>
                  </w:r>
                  <w:r>
                    <w:rPr>
                      <w:sz w:val="16"/>
                    </w:rPr>
                    <w:t>TOK Essay draft</w:t>
                  </w:r>
                </w:p>
              </w:tc>
            </w:tr>
          </w:tbl>
          <w:p w14:paraId="714C5A1E" w14:textId="77777777" w:rsidR="00434B7C" w:rsidRDefault="00434B7C"/>
        </w:tc>
        <w:tc>
          <w:tcPr>
            <w:tcW w:w="5803" w:type="dxa"/>
            <w:tcMar>
              <w:top w:w="18" w:type="dxa"/>
              <w:left w:w="22" w:type="dxa"/>
              <w:bottom w:w="18" w:type="dxa"/>
              <w:right w:w="22" w:type="dxa"/>
            </w:tcMar>
          </w:tcPr>
          <w:p w14:paraId="192A335A" w14:textId="77777777" w:rsidR="00434B7C" w:rsidRDefault="00434B7C"/>
          <w:tbl>
            <w:tblPr>
              <w:tblW w:w="0" w:type="auto"/>
              <w:tblBorders>
                <w:top w:val="single" w:sz="5" w:space="0" w:color="B8C4C8"/>
                <w:left w:val="single" w:sz="5" w:space="0" w:color="B8C4C8"/>
                <w:bottom w:val="single" w:sz="5" w:space="0" w:color="B8C4C8"/>
                <w:right w:val="single" w:sz="5" w:space="0" w:color="B8C4C8"/>
                <w:insideH w:val="single" w:sz="5" w:space="0" w:color="B8C4C8"/>
                <w:insideV w:val="single" w:sz="5" w:space="0" w:color="B8C4C8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47"/>
              <w:gridCol w:w="3455"/>
            </w:tblGrid>
            <w:tr w:rsidR="00434B7C" w14:paraId="4EDE94E1" w14:textId="77777777">
              <w:tc>
                <w:tcPr>
                  <w:tcW w:w="5802" w:type="dxa"/>
                  <w:gridSpan w:val="2"/>
                  <w:shd w:val="clear" w:color="auto" w:fill="263238"/>
                  <w:tcMar>
                    <w:top w:w="20" w:type="dxa"/>
                    <w:left w:w="35" w:type="dxa"/>
                    <w:bottom w:w="20" w:type="dxa"/>
                    <w:right w:w="35" w:type="dxa"/>
                  </w:tcMar>
                </w:tcPr>
                <w:p w14:paraId="0300C051" w14:textId="77777777" w:rsidR="00434B7C" w:rsidRDefault="00000000">
                  <w:r>
                    <w:rPr>
                      <w:b/>
                      <w:color w:val="FFFFFF"/>
                      <w:sz w:val="21"/>
                    </w:rPr>
                    <w:t>FEBRUARY  '27</w:t>
                  </w:r>
                </w:p>
              </w:tc>
            </w:tr>
            <w:tr w:rsidR="00434B7C" w14:paraId="0581117A" w14:textId="77777777">
              <w:tc>
                <w:tcPr>
                  <w:tcW w:w="2347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</w:tcPr>
                <w:p w14:paraId="4C025115" w14:textId="77777777" w:rsidR="00434B7C" w:rsidRDefault="00434B7C"/>
                <w:tbl>
                  <w:tblPr>
                    <w:tblW w:w="0" w:type="auto"/>
                    <w:tblBorders>
                      <w:top w:val="single" w:sz="3" w:space="0" w:color="D7DEE1"/>
                      <w:left w:val="single" w:sz="3" w:space="0" w:color="D7DEE1"/>
                      <w:bottom w:val="single" w:sz="3" w:space="0" w:color="D7DEE1"/>
                      <w:right w:val="single" w:sz="3" w:space="0" w:color="D7DEE1"/>
                      <w:insideH w:val="single" w:sz="3" w:space="0" w:color="D7DEE1"/>
                      <w:insideV w:val="single" w:sz="3" w:space="0" w:color="D7DEE1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35"/>
                    <w:gridCol w:w="335"/>
                    <w:gridCol w:w="335"/>
                    <w:gridCol w:w="335"/>
                    <w:gridCol w:w="335"/>
                    <w:gridCol w:w="335"/>
                    <w:gridCol w:w="335"/>
                  </w:tblGrid>
                  <w:tr w:rsidR="00434B7C" w14:paraId="2E31FA07" w14:textId="77777777"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0FED7F3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S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2535A8F0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M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169EB7C3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T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61FC6CA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W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2BE076EB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Th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5D3ED6B5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F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4EBFC69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S</w:t>
                        </w:r>
                      </w:p>
                    </w:tc>
                  </w:tr>
                  <w:tr w:rsidR="00434B7C" w14:paraId="69B4C530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E51A55A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D413A20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A5F9B97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0E0D20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BE594FB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4</w:t>
                        </w:r>
                      </w:p>
                    </w:tc>
                    <w:tc>
                      <w:tcPr>
                        <w:tcW w:w="335" w:type="dxa"/>
                        <w:shd w:val="clear" w:color="auto" w:fill="35E55B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1913D7F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5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BF10E0B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6</w:t>
                        </w:r>
                      </w:p>
                    </w:tc>
                  </w:tr>
                  <w:tr w:rsidR="00434B7C" w14:paraId="38D68D29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6FDB2C1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7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DBF7AAA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8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5D1C2D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9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B2BBDD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10</w:t>
                        </w:r>
                      </w:p>
                    </w:tc>
                    <w:tc>
                      <w:tcPr>
                        <w:tcW w:w="335" w:type="dxa"/>
                        <w:shd w:val="clear" w:color="auto" w:fill="FFF200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81DD85C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11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C022EAB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12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AC5298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13</w:t>
                        </w:r>
                      </w:p>
                    </w:tc>
                  </w:tr>
                  <w:tr w:rsidR="00434B7C" w14:paraId="3DBCF647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9F2406E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14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D9E69F7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15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15416CD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16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1FB89DE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17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9E4E9DB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18</w:t>
                        </w:r>
                      </w:p>
                    </w:tc>
                    <w:tc>
                      <w:tcPr>
                        <w:tcW w:w="335" w:type="dxa"/>
                        <w:shd w:val="clear" w:color="auto" w:fill="35E55B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DEC5917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19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F229BBA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20</w:t>
                        </w:r>
                      </w:p>
                    </w:tc>
                  </w:tr>
                  <w:tr w:rsidR="00434B7C" w14:paraId="4E48257A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540D51E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21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33C92C6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22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5D79C9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23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B9ED41F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24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73C9AEE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25</w:t>
                        </w:r>
                      </w:p>
                    </w:tc>
                    <w:tc>
                      <w:tcPr>
                        <w:tcW w:w="335" w:type="dxa"/>
                        <w:shd w:val="clear" w:color="auto" w:fill="FFF200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B106510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26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F02176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27</w:t>
                        </w:r>
                      </w:p>
                    </w:tc>
                  </w:tr>
                  <w:tr w:rsidR="00434B7C" w14:paraId="0744F003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0D2A478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28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BFC5FB1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BEFE9CF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DE9823D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2364869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784AD59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7FB1AEE" w14:textId="77777777" w:rsidR="00434B7C" w:rsidRDefault="00434B7C">
                        <w:pPr>
                          <w:jc w:val="center"/>
                        </w:pPr>
                      </w:p>
                    </w:tc>
                  </w:tr>
                  <w:tr w:rsidR="00434B7C" w14:paraId="6DEA7EBD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AB84481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A290985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35EE225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A169370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F22FC0A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C2BE8FE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B963E8E" w14:textId="77777777" w:rsidR="00434B7C" w:rsidRDefault="00434B7C">
                        <w:pPr>
                          <w:jc w:val="center"/>
                        </w:pPr>
                      </w:p>
                    </w:tc>
                  </w:tr>
                </w:tbl>
                <w:p w14:paraId="580CF87E" w14:textId="77777777" w:rsidR="00434B7C" w:rsidRDefault="00434B7C"/>
              </w:tc>
              <w:tc>
                <w:tcPr>
                  <w:tcW w:w="3096" w:type="dxa"/>
                  <w:tcMar>
                    <w:top w:w="16" w:type="dxa"/>
                    <w:left w:w="28" w:type="dxa"/>
                    <w:bottom w:w="10" w:type="dxa"/>
                    <w:right w:w="24" w:type="dxa"/>
                  </w:tcMar>
                </w:tcPr>
                <w:p w14:paraId="04A5DFE8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35E55B"/>
                    </w:rPr>
                    <w:t xml:space="preserve">5 </w:t>
                  </w:r>
                  <w:r>
                    <w:rPr>
                      <w:sz w:val="16"/>
                    </w:rPr>
                    <w:t>Math Exploration</w:t>
                  </w:r>
                </w:p>
                <w:p w14:paraId="6A8B6A7F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FFF200"/>
                    </w:rPr>
                    <w:t xml:space="preserve">11 </w:t>
                  </w:r>
                  <w:r>
                    <w:rPr>
                      <w:sz w:val="16"/>
                    </w:rPr>
                    <w:t>Phil Analysis draft</w:t>
                  </w:r>
                </w:p>
                <w:p w14:paraId="01817237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FFF200"/>
                    </w:rPr>
                    <w:t xml:space="preserve">11 </w:t>
                  </w:r>
                  <w:r>
                    <w:rPr>
                      <w:sz w:val="16"/>
                    </w:rPr>
                    <w:t>Comp Sci Solution part E</w:t>
                  </w:r>
                </w:p>
                <w:p w14:paraId="5E0766EB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35E55B"/>
                    </w:rPr>
                    <w:t xml:space="preserve">19 </w:t>
                  </w:r>
                  <w:r>
                    <w:rPr>
                      <w:sz w:val="16"/>
                    </w:rPr>
                    <w:t>Biology IA</w:t>
                  </w:r>
                </w:p>
                <w:p w14:paraId="5D043563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FFF200"/>
                    </w:rPr>
                    <w:t xml:space="preserve">26 </w:t>
                  </w:r>
                  <w:r>
                    <w:rPr>
                      <w:sz w:val="16"/>
                    </w:rPr>
                    <w:t>Chemistry IA draft</w:t>
                  </w:r>
                </w:p>
              </w:tc>
            </w:tr>
          </w:tbl>
          <w:p w14:paraId="4388281F" w14:textId="77777777" w:rsidR="00434B7C" w:rsidRDefault="00434B7C"/>
        </w:tc>
      </w:tr>
      <w:tr w:rsidR="00434B7C" w14:paraId="7CED2334" w14:textId="77777777">
        <w:trPr>
          <w:cantSplit/>
          <w:jc w:val="center"/>
        </w:trPr>
        <w:tc>
          <w:tcPr>
            <w:tcW w:w="5803" w:type="dxa"/>
            <w:tcMar>
              <w:top w:w="18" w:type="dxa"/>
              <w:left w:w="22" w:type="dxa"/>
              <w:bottom w:w="18" w:type="dxa"/>
              <w:right w:w="22" w:type="dxa"/>
            </w:tcMar>
          </w:tcPr>
          <w:p w14:paraId="6D957807" w14:textId="77777777" w:rsidR="00434B7C" w:rsidRDefault="00434B7C"/>
          <w:tbl>
            <w:tblPr>
              <w:tblW w:w="0" w:type="auto"/>
              <w:tblBorders>
                <w:top w:val="single" w:sz="5" w:space="0" w:color="B8C4C8"/>
                <w:left w:val="single" w:sz="5" w:space="0" w:color="B8C4C8"/>
                <w:bottom w:val="single" w:sz="5" w:space="0" w:color="B8C4C8"/>
                <w:right w:val="single" w:sz="5" w:space="0" w:color="B8C4C8"/>
                <w:insideH w:val="single" w:sz="5" w:space="0" w:color="B8C4C8"/>
                <w:insideV w:val="single" w:sz="5" w:space="0" w:color="B8C4C8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47"/>
              <w:gridCol w:w="3455"/>
            </w:tblGrid>
            <w:tr w:rsidR="00434B7C" w14:paraId="6EC01EFF" w14:textId="77777777">
              <w:tc>
                <w:tcPr>
                  <w:tcW w:w="5802" w:type="dxa"/>
                  <w:gridSpan w:val="2"/>
                  <w:shd w:val="clear" w:color="auto" w:fill="263238"/>
                  <w:tcMar>
                    <w:top w:w="20" w:type="dxa"/>
                    <w:left w:w="35" w:type="dxa"/>
                    <w:bottom w:w="20" w:type="dxa"/>
                    <w:right w:w="35" w:type="dxa"/>
                  </w:tcMar>
                </w:tcPr>
                <w:p w14:paraId="1A2A95C3" w14:textId="77777777" w:rsidR="00434B7C" w:rsidRDefault="00000000">
                  <w:r>
                    <w:rPr>
                      <w:b/>
                      <w:color w:val="FFFFFF"/>
                      <w:sz w:val="21"/>
                    </w:rPr>
                    <w:t>NOVEMBER  '26</w:t>
                  </w:r>
                </w:p>
              </w:tc>
            </w:tr>
            <w:tr w:rsidR="00434B7C" w14:paraId="1BD882B6" w14:textId="77777777">
              <w:tc>
                <w:tcPr>
                  <w:tcW w:w="2347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</w:tcPr>
                <w:p w14:paraId="5B720F93" w14:textId="77777777" w:rsidR="00434B7C" w:rsidRDefault="00434B7C"/>
                <w:tbl>
                  <w:tblPr>
                    <w:tblW w:w="0" w:type="auto"/>
                    <w:tblBorders>
                      <w:top w:val="single" w:sz="3" w:space="0" w:color="D7DEE1"/>
                      <w:left w:val="single" w:sz="3" w:space="0" w:color="D7DEE1"/>
                      <w:bottom w:val="single" w:sz="3" w:space="0" w:color="D7DEE1"/>
                      <w:right w:val="single" w:sz="3" w:space="0" w:color="D7DEE1"/>
                      <w:insideH w:val="single" w:sz="3" w:space="0" w:color="D7DEE1"/>
                      <w:insideV w:val="single" w:sz="3" w:space="0" w:color="D7DEE1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35"/>
                    <w:gridCol w:w="335"/>
                    <w:gridCol w:w="335"/>
                    <w:gridCol w:w="335"/>
                    <w:gridCol w:w="335"/>
                    <w:gridCol w:w="335"/>
                    <w:gridCol w:w="335"/>
                  </w:tblGrid>
                  <w:tr w:rsidR="00434B7C" w14:paraId="70A86D6C" w14:textId="77777777"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41CC6CAB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S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5A71B609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M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57614FE9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T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4B4372EA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W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759C499B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Th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07C0ADE8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F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05DC54A8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S</w:t>
                        </w:r>
                      </w:p>
                    </w:tc>
                  </w:tr>
                  <w:tr w:rsidR="00434B7C" w14:paraId="5A353C47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87AB183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5F8AA0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F9EEA2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E8931A1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4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041E36D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5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ABEA2B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6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E742ED3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7</w:t>
                        </w:r>
                      </w:p>
                    </w:tc>
                  </w:tr>
                  <w:tr w:rsidR="00434B7C" w14:paraId="774A7C77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75651A6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8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5872FAF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9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E3D395F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10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DCEC176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11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FE09E71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12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72B0EF9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13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9EA2999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14</w:t>
                        </w:r>
                      </w:p>
                    </w:tc>
                  </w:tr>
                  <w:tr w:rsidR="00434B7C" w14:paraId="5B3018B7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F95CFAC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15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14CEFA6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16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F927803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17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112FA95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18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0240AC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19</w:t>
                        </w:r>
                      </w:p>
                    </w:tc>
                    <w:tc>
                      <w:tcPr>
                        <w:tcW w:w="335" w:type="dxa"/>
                        <w:shd w:val="clear" w:color="auto" w:fill="35E55B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1BD8C2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20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FB62EDA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21</w:t>
                        </w:r>
                      </w:p>
                    </w:tc>
                  </w:tr>
                  <w:tr w:rsidR="00434B7C" w14:paraId="0369ADE3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F31152C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22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9061A03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23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A20EDE8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24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C53D10B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25</w:t>
                        </w:r>
                      </w:p>
                    </w:tc>
                    <w:tc>
                      <w:tcPr>
                        <w:tcW w:w="335" w:type="dxa"/>
                        <w:shd w:val="clear" w:color="auto" w:fill="35E55B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687854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26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8103540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27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0D7D741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28</w:t>
                        </w:r>
                      </w:p>
                    </w:tc>
                  </w:tr>
                  <w:tr w:rsidR="00434B7C" w14:paraId="0A471DB7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84085B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29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E56129F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30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7153B7F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49859E4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3BD691B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475EC27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AF1689D" w14:textId="77777777" w:rsidR="00434B7C" w:rsidRDefault="00434B7C">
                        <w:pPr>
                          <w:jc w:val="center"/>
                        </w:pPr>
                      </w:p>
                    </w:tc>
                  </w:tr>
                  <w:tr w:rsidR="00434B7C" w14:paraId="1716B96D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54B9E50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105630B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6B559C3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6417397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7FC5B52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7482F1C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744023D" w14:textId="77777777" w:rsidR="00434B7C" w:rsidRDefault="00434B7C">
                        <w:pPr>
                          <w:jc w:val="center"/>
                        </w:pPr>
                      </w:p>
                    </w:tc>
                  </w:tr>
                </w:tbl>
                <w:p w14:paraId="5DD44737" w14:textId="77777777" w:rsidR="00434B7C" w:rsidRDefault="00434B7C"/>
              </w:tc>
              <w:tc>
                <w:tcPr>
                  <w:tcW w:w="3096" w:type="dxa"/>
                  <w:tcMar>
                    <w:top w:w="16" w:type="dxa"/>
                    <w:left w:w="28" w:type="dxa"/>
                    <w:bottom w:w="10" w:type="dxa"/>
                    <w:right w:w="24" w:type="dxa"/>
                  </w:tcMar>
                </w:tcPr>
                <w:p w14:paraId="33BCE0CC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35E55B"/>
                    </w:rPr>
                    <w:t xml:space="preserve">20 </w:t>
                  </w:r>
                  <w:r>
                    <w:rPr>
                      <w:sz w:val="16"/>
                    </w:rPr>
                    <w:t>Historical Investigation</w:t>
                  </w:r>
                </w:p>
                <w:p w14:paraId="7008C773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35E55B"/>
                    </w:rPr>
                    <w:t xml:space="preserve">26 </w:t>
                  </w:r>
                  <w:r>
                    <w:rPr>
                      <w:sz w:val="16"/>
                    </w:rPr>
                    <w:t>Extended Essay</w:t>
                  </w:r>
                </w:p>
              </w:tc>
            </w:tr>
          </w:tbl>
          <w:p w14:paraId="5C1B443A" w14:textId="77777777" w:rsidR="00434B7C" w:rsidRDefault="00434B7C"/>
        </w:tc>
        <w:tc>
          <w:tcPr>
            <w:tcW w:w="5803" w:type="dxa"/>
            <w:tcMar>
              <w:top w:w="18" w:type="dxa"/>
              <w:left w:w="22" w:type="dxa"/>
              <w:bottom w:w="18" w:type="dxa"/>
              <w:right w:w="22" w:type="dxa"/>
            </w:tcMar>
          </w:tcPr>
          <w:p w14:paraId="1D15432F" w14:textId="77777777" w:rsidR="00434B7C" w:rsidRDefault="00434B7C"/>
          <w:tbl>
            <w:tblPr>
              <w:tblW w:w="0" w:type="auto"/>
              <w:tblBorders>
                <w:top w:val="single" w:sz="5" w:space="0" w:color="B8C4C8"/>
                <w:left w:val="single" w:sz="5" w:space="0" w:color="B8C4C8"/>
                <w:bottom w:val="single" w:sz="5" w:space="0" w:color="B8C4C8"/>
                <w:right w:val="single" w:sz="5" w:space="0" w:color="B8C4C8"/>
                <w:insideH w:val="single" w:sz="5" w:space="0" w:color="B8C4C8"/>
                <w:insideV w:val="single" w:sz="5" w:space="0" w:color="B8C4C8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47"/>
              <w:gridCol w:w="3455"/>
            </w:tblGrid>
            <w:tr w:rsidR="00434B7C" w14:paraId="65798A95" w14:textId="77777777">
              <w:tc>
                <w:tcPr>
                  <w:tcW w:w="5802" w:type="dxa"/>
                  <w:gridSpan w:val="2"/>
                  <w:shd w:val="clear" w:color="auto" w:fill="263238"/>
                  <w:tcMar>
                    <w:top w:w="20" w:type="dxa"/>
                    <w:left w:w="35" w:type="dxa"/>
                    <w:bottom w:w="20" w:type="dxa"/>
                    <w:right w:w="35" w:type="dxa"/>
                  </w:tcMar>
                </w:tcPr>
                <w:p w14:paraId="53BF1AF2" w14:textId="77777777" w:rsidR="00434B7C" w:rsidRDefault="00000000">
                  <w:r>
                    <w:rPr>
                      <w:b/>
                      <w:color w:val="FFFFFF"/>
                      <w:sz w:val="21"/>
                    </w:rPr>
                    <w:t>MARCH  '27</w:t>
                  </w:r>
                </w:p>
              </w:tc>
            </w:tr>
            <w:tr w:rsidR="00434B7C" w14:paraId="7DD70A5E" w14:textId="77777777">
              <w:tc>
                <w:tcPr>
                  <w:tcW w:w="2347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</w:tcPr>
                <w:p w14:paraId="02C659B6" w14:textId="77777777" w:rsidR="00434B7C" w:rsidRDefault="00434B7C"/>
                <w:tbl>
                  <w:tblPr>
                    <w:tblW w:w="0" w:type="auto"/>
                    <w:tblBorders>
                      <w:top w:val="single" w:sz="3" w:space="0" w:color="D7DEE1"/>
                      <w:left w:val="single" w:sz="3" w:space="0" w:color="D7DEE1"/>
                      <w:bottom w:val="single" w:sz="3" w:space="0" w:color="D7DEE1"/>
                      <w:right w:val="single" w:sz="3" w:space="0" w:color="D7DEE1"/>
                      <w:insideH w:val="single" w:sz="3" w:space="0" w:color="D7DEE1"/>
                      <w:insideV w:val="single" w:sz="3" w:space="0" w:color="D7DEE1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35"/>
                    <w:gridCol w:w="335"/>
                    <w:gridCol w:w="335"/>
                    <w:gridCol w:w="335"/>
                    <w:gridCol w:w="335"/>
                    <w:gridCol w:w="335"/>
                    <w:gridCol w:w="335"/>
                  </w:tblGrid>
                  <w:tr w:rsidR="00434B7C" w14:paraId="0DE414C3" w14:textId="77777777"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0E6C5DF5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S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6E5D3461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M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08AF5CCF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T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4A88368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W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669FF3BD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Th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215683B0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F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0F06AB3E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S</w:t>
                        </w:r>
                      </w:p>
                    </w:tc>
                  </w:tr>
                  <w:tr w:rsidR="00434B7C" w14:paraId="32F089F2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1FD28E7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816D1E6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E7F564C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61E881D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C588697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4</w:t>
                        </w:r>
                      </w:p>
                    </w:tc>
                    <w:tc>
                      <w:tcPr>
                        <w:tcW w:w="335" w:type="dxa"/>
                        <w:shd w:val="clear" w:color="auto" w:fill="35E55B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B3048B0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5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6616F1E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6</w:t>
                        </w:r>
                      </w:p>
                    </w:tc>
                  </w:tr>
                  <w:tr w:rsidR="00434B7C" w14:paraId="22A3B13B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0E8DDA8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7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08C6095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8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461F2D7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9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CAE239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10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F97E02C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11</w:t>
                        </w:r>
                      </w:p>
                    </w:tc>
                    <w:tc>
                      <w:tcPr>
                        <w:tcW w:w="335" w:type="dxa"/>
                        <w:shd w:val="clear" w:color="auto" w:fill="35E55B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07FD81E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12</w:t>
                        </w:r>
                      </w:p>
                    </w:tc>
                    <w:tc>
                      <w:tcPr>
                        <w:tcW w:w="335" w:type="dxa"/>
                        <w:shd w:val="clear" w:color="auto" w:fill="35E55B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392D289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13</w:t>
                        </w:r>
                      </w:p>
                    </w:tc>
                  </w:tr>
                  <w:tr w:rsidR="00434B7C" w14:paraId="0038A460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CD2E7A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14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20D7C28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15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A60F4DB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16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49E45BC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17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6E5FE6A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18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05DD611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19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AEA0E6F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20</w:t>
                        </w:r>
                      </w:p>
                    </w:tc>
                  </w:tr>
                  <w:tr w:rsidR="00434B7C" w14:paraId="0FFDF4BD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806A78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21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254D548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22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B871610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23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86626E0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24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1EE28A7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25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89A813B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26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A5CAA4C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27</w:t>
                        </w:r>
                      </w:p>
                    </w:tc>
                  </w:tr>
                  <w:tr w:rsidR="00434B7C" w14:paraId="6C6816A8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CA2A2F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28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651DECE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29</w:t>
                        </w:r>
                      </w:p>
                    </w:tc>
                    <w:tc>
                      <w:tcPr>
                        <w:tcW w:w="335" w:type="dxa"/>
                        <w:shd w:val="clear" w:color="auto" w:fill="35E55B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DDD43DA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30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C80D2D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31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52486DA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5561464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25906D6" w14:textId="77777777" w:rsidR="00434B7C" w:rsidRDefault="00434B7C">
                        <w:pPr>
                          <w:jc w:val="center"/>
                        </w:pPr>
                      </w:p>
                    </w:tc>
                  </w:tr>
                  <w:tr w:rsidR="00434B7C" w14:paraId="66D58319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03A1FD8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0E48235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963CB8C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4849EB6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EC9A427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8AB458F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D984D2D" w14:textId="77777777" w:rsidR="00434B7C" w:rsidRDefault="00434B7C">
                        <w:pPr>
                          <w:jc w:val="center"/>
                        </w:pPr>
                      </w:p>
                    </w:tc>
                  </w:tr>
                </w:tbl>
                <w:p w14:paraId="2813486D" w14:textId="77777777" w:rsidR="00434B7C" w:rsidRDefault="00434B7C"/>
              </w:tc>
              <w:tc>
                <w:tcPr>
                  <w:tcW w:w="3096" w:type="dxa"/>
                  <w:tcMar>
                    <w:top w:w="16" w:type="dxa"/>
                    <w:left w:w="28" w:type="dxa"/>
                    <w:bottom w:w="10" w:type="dxa"/>
                    <w:right w:w="24" w:type="dxa"/>
                  </w:tcMar>
                </w:tcPr>
                <w:p w14:paraId="06CE381F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35E55B"/>
                    </w:rPr>
                    <w:t xml:space="preserve">5 </w:t>
                  </w:r>
                  <w:r>
                    <w:rPr>
                      <w:sz w:val="16"/>
                    </w:rPr>
                    <w:t>Philosophical Analysis</w:t>
                  </w:r>
                </w:p>
                <w:p w14:paraId="304BAB6B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35E55B"/>
                    </w:rPr>
                    <w:t xml:space="preserve">12 </w:t>
                  </w:r>
                  <w:r>
                    <w:rPr>
                      <w:sz w:val="16"/>
                    </w:rPr>
                    <w:t>SSST Orals</w:t>
                  </w:r>
                </w:p>
                <w:p w14:paraId="61FBFD83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35E55B"/>
                    </w:rPr>
                    <w:t xml:space="preserve">12 </w:t>
                  </w:r>
                  <w:r>
                    <w:rPr>
                      <w:sz w:val="16"/>
                    </w:rPr>
                    <w:t>French B Orals (Feb 22-Mar 12)</w:t>
                  </w:r>
                </w:p>
                <w:p w14:paraId="1B397C09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35E55B"/>
                    </w:rPr>
                    <w:t xml:space="preserve">13 </w:t>
                  </w:r>
                  <w:r>
                    <w:rPr>
                      <w:sz w:val="16"/>
                    </w:rPr>
                    <w:t>French Ab Initio Orals</w:t>
                  </w:r>
                </w:p>
                <w:p w14:paraId="075818E6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35E55B"/>
                    </w:rPr>
                    <w:t xml:space="preserve">12 </w:t>
                  </w:r>
                  <w:r>
                    <w:rPr>
                      <w:sz w:val="16"/>
                    </w:rPr>
                    <w:t>Chemistry IA</w:t>
                  </w:r>
                </w:p>
                <w:p w14:paraId="59BFE8CC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35E55B"/>
                    </w:rPr>
                    <w:t xml:space="preserve">12 </w:t>
                  </w:r>
                  <w:r>
                    <w:rPr>
                      <w:sz w:val="16"/>
                    </w:rPr>
                    <w:t>V. Arts Exhibition (Mar 8-12)</w:t>
                  </w:r>
                </w:p>
                <w:p w14:paraId="3252D19F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35E55B"/>
                    </w:rPr>
                    <w:t xml:space="preserve">12 </w:t>
                  </w:r>
                  <w:r>
                    <w:rPr>
                      <w:sz w:val="16"/>
                    </w:rPr>
                    <w:t>Music Experimenting</w:t>
                  </w:r>
                </w:p>
                <w:p w14:paraId="2E408FBD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35E55B"/>
                    </w:rPr>
                    <w:t xml:space="preserve">30 </w:t>
                  </w:r>
                  <w:r>
                    <w:rPr>
                      <w:sz w:val="16"/>
                    </w:rPr>
                    <w:t>Comp Sci Solution</w:t>
                  </w:r>
                </w:p>
              </w:tc>
            </w:tr>
          </w:tbl>
          <w:p w14:paraId="3DB5A7A4" w14:textId="77777777" w:rsidR="00434B7C" w:rsidRDefault="00434B7C"/>
        </w:tc>
      </w:tr>
      <w:tr w:rsidR="00434B7C" w14:paraId="0F3C20E0" w14:textId="77777777">
        <w:trPr>
          <w:cantSplit/>
          <w:jc w:val="center"/>
        </w:trPr>
        <w:tc>
          <w:tcPr>
            <w:tcW w:w="5803" w:type="dxa"/>
            <w:tcMar>
              <w:top w:w="18" w:type="dxa"/>
              <w:left w:w="22" w:type="dxa"/>
              <w:bottom w:w="18" w:type="dxa"/>
              <w:right w:w="22" w:type="dxa"/>
            </w:tcMar>
          </w:tcPr>
          <w:p w14:paraId="306C7FEC" w14:textId="77777777" w:rsidR="00434B7C" w:rsidRDefault="00434B7C"/>
          <w:tbl>
            <w:tblPr>
              <w:tblW w:w="0" w:type="auto"/>
              <w:tblBorders>
                <w:top w:val="single" w:sz="5" w:space="0" w:color="B8C4C8"/>
                <w:left w:val="single" w:sz="5" w:space="0" w:color="B8C4C8"/>
                <w:bottom w:val="single" w:sz="5" w:space="0" w:color="B8C4C8"/>
                <w:right w:val="single" w:sz="5" w:space="0" w:color="B8C4C8"/>
                <w:insideH w:val="single" w:sz="5" w:space="0" w:color="B8C4C8"/>
                <w:insideV w:val="single" w:sz="5" w:space="0" w:color="B8C4C8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47"/>
              <w:gridCol w:w="3455"/>
            </w:tblGrid>
            <w:tr w:rsidR="00434B7C" w14:paraId="01006AE4" w14:textId="77777777">
              <w:tc>
                <w:tcPr>
                  <w:tcW w:w="5802" w:type="dxa"/>
                  <w:gridSpan w:val="2"/>
                  <w:shd w:val="clear" w:color="auto" w:fill="263238"/>
                  <w:tcMar>
                    <w:top w:w="20" w:type="dxa"/>
                    <w:left w:w="35" w:type="dxa"/>
                    <w:bottom w:w="20" w:type="dxa"/>
                    <w:right w:w="35" w:type="dxa"/>
                  </w:tcMar>
                </w:tcPr>
                <w:p w14:paraId="4D744824" w14:textId="77777777" w:rsidR="00434B7C" w:rsidRDefault="00000000">
                  <w:r>
                    <w:rPr>
                      <w:b/>
                      <w:color w:val="FFFFFF"/>
                      <w:sz w:val="21"/>
                    </w:rPr>
                    <w:t>DECEMBER  '26</w:t>
                  </w:r>
                </w:p>
              </w:tc>
            </w:tr>
            <w:tr w:rsidR="00434B7C" w14:paraId="211BB66D" w14:textId="77777777">
              <w:tc>
                <w:tcPr>
                  <w:tcW w:w="2347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</w:tcPr>
                <w:p w14:paraId="08117031" w14:textId="77777777" w:rsidR="00434B7C" w:rsidRDefault="00434B7C"/>
                <w:tbl>
                  <w:tblPr>
                    <w:tblW w:w="0" w:type="auto"/>
                    <w:tblBorders>
                      <w:top w:val="single" w:sz="3" w:space="0" w:color="D7DEE1"/>
                      <w:left w:val="single" w:sz="3" w:space="0" w:color="D7DEE1"/>
                      <w:bottom w:val="single" w:sz="3" w:space="0" w:color="D7DEE1"/>
                      <w:right w:val="single" w:sz="3" w:space="0" w:color="D7DEE1"/>
                      <w:insideH w:val="single" w:sz="3" w:space="0" w:color="D7DEE1"/>
                      <w:insideV w:val="single" w:sz="3" w:space="0" w:color="D7DEE1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35"/>
                    <w:gridCol w:w="335"/>
                    <w:gridCol w:w="335"/>
                    <w:gridCol w:w="335"/>
                    <w:gridCol w:w="335"/>
                    <w:gridCol w:w="335"/>
                    <w:gridCol w:w="335"/>
                  </w:tblGrid>
                  <w:tr w:rsidR="00434B7C" w14:paraId="52DDD26E" w14:textId="77777777"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2009C698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S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32147C70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M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56F6B44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T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516E28D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W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0A20E48C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Th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2AEC83AF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F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4E84AC96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S</w:t>
                        </w:r>
                      </w:p>
                    </w:tc>
                  </w:tr>
                  <w:tr w:rsidR="00434B7C" w14:paraId="1608A439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2DE9AEF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0EA758D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DAC7AF0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CF5256C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3A9911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335" w:type="dxa"/>
                        <w:shd w:val="clear" w:color="auto" w:fill="35E55B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B2F74DE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4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6A3693A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5</w:t>
                        </w:r>
                      </w:p>
                    </w:tc>
                  </w:tr>
                  <w:tr w:rsidR="00434B7C" w14:paraId="279F45C7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490E37D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6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57428E0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7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450D38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8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BCF6D5B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9</w:t>
                        </w:r>
                      </w:p>
                    </w:tc>
                    <w:tc>
                      <w:tcPr>
                        <w:tcW w:w="335" w:type="dxa"/>
                        <w:shd w:val="clear" w:color="auto" w:fill="35E55B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FA3266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10</w:t>
                        </w:r>
                      </w:p>
                    </w:tc>
                    <w:tc>
                      <w:tcPr>
                        <w:tcW w:w="335" w:type="dxa"/>
                        <w:shd w:val="clear" w:color="auto" w:fill="20DCE5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1044DC6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11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D288C68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12</w:t>
                        </w:r>
                      </w:p>
                    </w:tc>
                  </w:tr>
                  <w:tr w:rsidR="00434B7C" w14:paraId="60007730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444AE86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13</w:t>
                        </w:r>
                      </w:p>
                    </w:tc>
                    <w:tc>
                      <w:tcPr>
                        <w:tcW w:w="335" w:type="dxa"/>
                        <w:shd w:val="clear" w:color="auto" w:fill="FFF200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9E80C3D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14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62A7DE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15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72C65BA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16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D475881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17</w:t>
                        </w:r>
                      </w:p>
                    </w:tc>
                    <w:tc>
                      <w:tcPr>
                        <w:tcW w:w="335" w:type="dxa"/>
                        <w:shd w:val="clear" w:color="auto" w:fill="20DCE5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51B0EB9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18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A10C273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19</w:t>
                        </w:r>
                      </w:p>
                    </w:tc>
                  </w:tr>
                  <w:tr w:rsidR="00434B7C" w14:paraId="5133C4B3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CE95C3C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20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F841D9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21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A6F5796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22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C7FDE65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23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083BEC8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24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93ABC5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25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D57826F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26</w:t>
                        </w:r>
                      </w:p>
                    </w:tc>
                  </w:tr>
                  <w:tr w:rsidR="00434B7C" w14:paraId="4D53968A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A0DE1EA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27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1A0B483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28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D39CBA5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29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D4672C7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30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2ADFD1B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31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7D3D338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45AE017" w14:textId="77777777" w:rsidR="00434B7C" w:rsidRDefault="00434B7C">
                        <w:pPr>
                          <w:jc w:val="center"/>
                        </w:pPr>
                      </w:p>
                    </w:tc>
                  </w:tr>
                  <w:tr w:rsidR="00434B7C" w14:paraId="1376D44D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AC31137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8781FBB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3661DFA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F98DFE1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6D18F55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0748C7E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23E84BB" w14:textId="77777777" w:rsidR="00434B7C" w:rsidRDefault="00434B7C">
                        <w:pPr>
                          <w:jc w:val="center"/>
                        </w:pPr>
                      </w:p>
                    </w:tc>
                  </w:tr>
                </w:tbl>
                <w:p w14:paraId="50BB43B2" w14:textId="77777777" w:rsidR="00434B7C" w:rsidRDefault="00434B7C"/>
              </w:tc>
              <w:tc>
                <w:tcPr>
                  <w:tcW w:w="3096" w:type="dxa"/>
                  <w:tcMar>
                    <w:top w:w="16" w:type="dxa"/>
                    <w:left w:w="28" w:type="dxa"/>
                    <w:bottom w:w="10" w:type="dxa"/>
                    <w:right w:w="24" w:type="dxa"/>
                  </w:tcMar>
                </w:tcPr>
                <w:p w14:paraId="3B20E692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35E55B"/>
                    </w:rPr>
                    <w:t xml:space="preserve">4 </w:t>
                  </w:r>
                  <w:r>
                    <w:rPr>
                      <w:sz w:val="16"/>
                    </w:rPr>
                    <w:t>Eng Orals (Nov 25-Dec 4)</w:t>
                  </w:r>
                </w:p>
                <w:p w14:paraId="783A3FE2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35E55B"/>
                    </w:rPr>
                    <w:t xml:space="preserve">4 </w:t>
                  </w:r>
                  <w:r>
                    <w:rPr>
                      <w:sz w:val="16"/>
                    </w:rPr>
                    <w:t>Music Exploring</w:t>
                  </w:r>
                </w:p>
                <w:p w14:paraId="6DB1C0ED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35E55B"/>
                    </w:rPr>
                    <w:t xml:space="preserve">10 </w:t>
                  </w:r>
                  <w:r>
                    <w:rPr>
                      <w:sz w:val="16"/>
                    </w:rPr>
                    <w:t>TOK Essay</w:t>
                  </w:r>
                </w:p>
                <w:p w14:paraId="57433FA7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20DCE5"/>
                    </w:rPr>
                    <w:t xml:space="preserve">11 </w:t>
                  </w:r>
                  <w:r>
                    <w:rPr>
                      <w:sz w:val="16"/>
                    </w:rPr>
                    <w:t>EE Viva Voce</w:t>
                  </w:r>
                </w:p>
                <w:p w14:paraId="49EDD7BD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FFF200"/>
                    </w:rPr>
                    <w:t xml:space="preserve">14 </w:t>
                  </w:r>
                  <w:r>
                    <w:rPr>
                      <w:sz w:val="16"/>
                    </w:rPr>
                    <w:t>Comp Sci Solution part D</w:t>
                  </w:r>
                </w:p>
                <w:p w14:paraId="447A40FB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20DCE5"/>
                    </w:rPr>
                    <w:t xml:space="preserve">18 </w:t>
                  </w:r>
                  <w:r>
                    <w:rPr>
                      <w:sz w:val="16"/>
                    </w:rPr>
                    <w:t>EE 3 Reflections Form</w:t>
                  </w:r>
                </w:p>
              </w:tc>
            </w:tr>
          </w:tbl>
          <w:p w14:paraId="3F3233E3" w14:textId="77777777" w:rsidR="00434B7C" w:rsidRDefault="00434B7C"/>
        </w:tc>
        <w:tc>
          <w:tcPr>
            <w:tcW w:w="5803" w:type="dxa"/>
            <w:tcMar>
              <w:top w:w="18" w:type="dxa"/>
              <w:left w:w="22" w:type="dxa"/>
              <w:bottom w:w="18" w:type="dxa"/>
              <w:right w:w="22" w:type="dxa"/>
            </w:tcMar>
          </w:tcPr>
          <w:p w14:paraId="03FD5F77" w14:textId="77777777" w:rsidR="00434B7C" w:rsidRDefault="00434B7C"/>
          <w:tbl>
            <w:tblPr>
              <w:tblW w:w="0" w:type="auto"/>
              <w:tblBorders>
                <w:top w:val="single" w:sz="5" w:space="0" w:color="B8C4C8"/>
                <w:left w:val="single" w:sz="5" w:space="0" w:color="B8C4C8"/>
                <w:bottom w:val="single" w:sz="5" w:space="0" w:color="B8C4C8"/>
                <w:right w:val="single" w:sz="5" w:space="0" w:color="B8C4C8"/>
                <w:insideH w:val="single" w:sz="5" w:space="0" w:color="B8C4C8"/>
                <w:insideV w:val="single" w:sz="5" w:space="0" w:color="B8C4C8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47"/>
              <w:gridCol w:w="3455"/>
            </w:tblGrid>
            <w:tr w:rsidR="00434B7C" w14:paraId="0D5169A6" w14:textId="77777777">
              <w:tc>
                <w:tcPr>
                  <w:tcW w:w="5802" w:type="dxa"/>
                  <w:gridSpan w:val="2"/>
                  <w:shd w:val="clear" w:color="auto" w:fill="263238"/>
                  <w:tcMar>
                    <w:top w:w="20" w:type="dxa"/>
                    <w:left w:w="35" w:type="dxa"/>
                    <w:bottom w:w="20" w:type="dxa"/>
                    <w:right w:w="35" w:type="dxa"/>
                  </w:tcMar>
                </w:tcPr>
                <w:p w14:paraId="2A43FD19" w14:textId="77777777" w:rsidR="00434B7C" w:rsidRDefault="00000000">
                  <w:r>
                    <w:rPr>
                      <w:b/>
                      <w:color w:val="FFFFFF"/>
                      <w:sz w:val="21"/>
                    </w:rPr>
                    <w:t>APRIL  '27</w:t>
                  </w:r>
                </w:p>
              </w:tc>
            </w:tr>
            <w:tr w:rsidR="00434B7C" w14:paraId="25101E69" w14:textId="77777777">
              <w:tc>
                <w:tcPr>
                  <w:tcW w:w="2347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</w:tcPr>
                <w:p w14:paraId="074EB650" w14:textId="77777777" w:rsidR="00434B7C" w:rsidRDefault="00434B7C"/>
                <w:tbl>
                  <w:tblPr>
                    <w:tblW w:w="0" w:type="auto"/>
                    <w:tblBorders>
                      <w:top w:val="single" w:sz="3" w:space="0" w:color="D7DEE1"/>
                      <w:left w:val="single" w:sz="3" w:space="0" w:color="D7DEE1"/>
                      <w:bottom w:val="single" w:sz="3" w:space="0" w:color="D7DEE1"/>
                      <w:right w:val="single" w:sz="3" w:space="0" w:color="D7DEE1"/>
                      <w:insideH w:val="single" w:sz="3" w:space="0" w:color="D7DEE1"/>
                      <w:insideV w:val="single" w:sz="3" w:space="0" w:color="D7DEE1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35"/>
                    <w:gridCol w:w="335"/>
                    <w:gridCol w:w="335"/>
                    <w:gridCol w:w="335"/>
                    <w:gridCol w:w="335"/>
                    <w:gridCol w:w="335"/>
                    <w:gridCol w:w="335"/>
                  </w:tblGrid>
                  <w:tr w:rsidR="00434B7C" w14:paraId="44041AE1" w14:textId="77777777"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71B4C698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S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3F33A383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M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3B14C0D1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T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2635DECE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W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7BB1463F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Th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5AE0CEAE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F</w:t>
                        </w:r>
                      </w:p>
                    </w:tc>
                    <w:tc>
                      <w:tcPr>
                        <w:tcW w:w="335" w:type="dxa"/>
                        <w:shd w:val="clear" w:color="auto" w:fill="F4F6F7"/>
                        <w:tcMar>
                          <w:top w:w="6" w:type="dxa"/>
                          <w:left w:w="3" w:type="dxa"/>
                          <w:bottom w:w="6" w:type="dxa"/>
                          <w:right w:w="3" w:type="dxa"/>
                        </w:tcMar>
                      </w:tcPr>
                      <w:p w14:paraId="7D65C359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3"/>
                          </w:rPr>
                          <w:t>S</w:t>
                        </w:r>
                      </w:p>
                    </w:tc>
                  </w:tr>
                  <w:tr w:rsidR="00434B7C" w14:paraId="745C7BEC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C87F2A4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67473AB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C8624CA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13E1FAB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751A52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335" w:type="dxa"/>
                        <w:shd w:val="clear" w:color="auto" w:fill="35E55B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238E42A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B95FECA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3</w:t>
                        </w:r>
                      </w:p>
                    </w:tc>
                  </w:tr>
                  <w:tr w:rsidR="00434B7C" w14:paraId="7A6B2209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B0B063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4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0F9709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5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C608B06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6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EC233EE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7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B4F07A0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8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1E480FB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9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63500C3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10</w:t>
                        </w:r>
                      </w:p>
                    </w:tc>
                  </w:tr>
                  <w:tr w:rsidR="00434B7C" w14:paraId="19815B79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B05B45E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11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4E57927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12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265A284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13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0185128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14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FEE560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15</w:t>
                        </w:r>
                      </w:p>
                    </w:tc>
                    <w:tc>
                      <w:tcPr>
                        <w:tcW w:w="335" w:type="dxa"/>
                        <w:shd w:val="clear" w:color="auto" w:fill="20DCE5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566427A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16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F10FB32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17</w:t>
                        </w:r>
                      </w:p>
                    </w:tc>
                  </w:tr>
                  <w:tr w:rsidR="00434B7C" w14:paraId="0C8DD2E3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29EEE2D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18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623F72E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19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CCEA0D0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20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7DFC2433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21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D05B429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22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EDD577E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23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C726B5E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24</w:t>
                        </w:r>
                      </w:p>
                    </w:tc>
                  </w:tr>
                  <w:tr w:rsidR="00434B7C" w14:paraId="6DC8604B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7E00ADC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25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90D5CD6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26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00AF3917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27</w:t>
                        </w: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D2DD56F" w14:textId="77777777" w:rsidR="00434B7C" w:rsidRDefault="00000000">
                        <w:pPr>
                          <w:jc w:val="center"/>
                        </w:pPr>
                        <w:r>
                          <w:rPr>
                            <w:sz w:val="14"/>
                          </w:rPr>
                          <w:t>28</w:t>
                        </w:r>
                      </w:p>
                    </w:tc>
                    <w:tc>
                      <w:tcPr>
                        <w:tcW w:w="335" w:type="dxa"/>
                        <w:shd w:val="clear" w:color="auto" w:fill="20DCE5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261F85D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29</w:t>
                        </w:r>
                      </w:p>
                    </w:tc>
                    <w:tc>
                      <w:tcPr>
                        <w:tcW w:w="335" w:type="dxa"/>
                        <w:shd w:val="clear" w:color="auto" w:fill="35E55B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381E273" w14:textId="77777777" w:rsidR="00434B7C" w:rsidRDefault="00000000">
                        <w:pPr>
                          <w:jc w:val="center"/>
                        </w:pPr>
                        <w:r>
                          <w:rPr>
                            <w:b/>
                            <w:sz w:val="14"/>
                          </w:rPr>
                          <w:t>30</w:t>
                        </w: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68D9275F" w14:textId="77777777" w:rsidR="00434B7C" w:rsidRDefault="00434B7C">
                        <w:pPr>
                          <w:jc w:val="center"/>
                        </w:pPr>
                      </w:p>
                    </w:tc>
                  </w:tr>
                  <w:tr w:rsidR="00434B7C" w14:paraId="575D48AF" w14:textId="77777777"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B2315F5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4C0E2375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57315F8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3B1EBC76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2530CDE4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5C576131" w14:textId="77777777" w:rsidR="00434B7C" w:rsidRDefault="00434B7C">
                        <w:pPr>
                          <w:jc w:val="center"/>
                        </w:pPr>
                      </w:p>
                    </w:tc>
                    <w:tc>
                      <w:tcPr>
                        <w:tcW w:w="335" w:type="dxa"/>
                        <w:shd w:val="clear" w:color="auto" w:fill="ECEFF1"/>
                        <w:tcMar>
                          <w:top w:w="5" w:type="dxa"/>
                          <w:left w:w="2" w:type="dxa"/>
                          <w:bottom w:w="5" w:type="dxa"/>
                          <w:right w:w="2" w:type="dxa"/>
                        </w:tcMar>
                      </w:tcPr>
                      <w:p w14:paraId="1F388BF0" w14:textId="77777777" w:rsidR="00434B7C" w:rsidRDefault="00434B7C">
                        <w:pPr>
                          <w:jc w:val="center"/>
                        </w:pPr>
                      </w:p>
                    </w:tc>
                  </w:tr>
                </w:tbl>
                <w:p w14:paraId="30BA3AE4" w14:textId="77777777" w:rsidR="00434B7C" w:rsidRDefault="00434B7C"/>
              </w:tc>
              <w:tc>
                <w:tcPr>
                  <w:tcW w:w="3096" w:type="dxa"/>
                  <w:tcMar>
                    <w:top w:w="16" w:type="dxa"/>
                    <w:left w:w="28" w:type="dxa"/>
                    <w:bottom w:w="10" w:type="dxa"/>
                    <w:right w:w="24" w:type="dxa"/>
                  </w:tcMar>
                </w:tcPr>
                <w:p w14:paraId="73720415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35E55B"/>
                    </w:rPr>
                    <w:t xml:space="preserve">2 </w:t>
                  </w:r>
                  <w:r>
                    <w:rPr>
                      <w:sz w:val="16"/>
                    </w:rPr>
                    <w:t>Vis. Arts Resolved Artworks</w:t>
                  </w:r>
                </w:p>
                <w:p w14:paraId="78138FDD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35E55B"/>
                    </w:rPr>
                    <w:t xml:space="preserve">2 </w:t>
                  </w:r>
                  <w:r>
                    <w:rPr>
                      <w:sz w:val="16"/>
                    </w:rPr>
                    <w:t>Music Presenting uploads</w:t>
                  </w:r>
                </w:p>
                <w:p w14:paraId="21830341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20DCE5"/>
                    </w:rPr>
                    <w:t xml:space="preserve">16 </w:t>
                  </w:r>
                  <w:r>
                    <w:rPr>
                      <w:sz w:val="16"/>
                    </w:rPr>
                    <w:t>CAS Portfolio</w:t>
                  </w:r>
                </w:p>
                <w:p w14:paraId="3A2092BB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20DCE5"/>
                    </w:rPr>
                    <w:t xml:space="preserve">29 </w:t>
                  </w:r>
                  <w:r>
                    <w:rPr>
                      <w:sz w:val="16"/>
                    </w:rPr>
                    <w:t>Final CAS interview</w:t>
                  </w:r>
                </w:p>
                <w:p w14:paraId="0EA9D9AB" w14:textId="77777777" w:rsidR="00434B7C" w:rsidRDefault="00000000">
                  <w:pPr>
                    <w:spacing w:after="10" w:line="221" w:lineRule="auto"/>
                  </w:pPr>
                  <w:r>
                    <w:rPr>
                      <w:b/>
                      <w:sz w:val="16"/>
                      <w:shd w:val="clear" w:color="auto" w:fill="35E55B"/>
                    </w:rPr>
                    <w:t xml:space="preserve">30 </w:t>
                  </w:r>
                  <w:r>
                    <w:rPr>
                      <w:sz w:val="16"/>
                    </w:rPr>
                    <w:t>Visual Arts Portfolio uploads</w:t>
                  </w:r>
                </w:p>
              </w:tc>
            </w:tr>
          </w:tbl>
          <w:p w14:paraId="766B58D7" w14:textId="77777777" w:rsidR="00434B7C" w:rsidRDefault="00434B7C"/>
        </w:tc>
      </w:tr>
    </w:tbl>
    <w:p w14:paraId="10C5F317" w14:textId="77777777" w:rsidR="009A282B" w:rsidRDefault="009A282B"/>
    <w:sectPr w:rsidR="009A282B" w:rsidSect="00034616">
      <w:pgSz w:w="12240" w:h="15840"/>
      <w:pgMar w:top="317" w:right="317" w:bottom="317" w:left="3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550715">
    <w:abstractNumId w:val="8"/>
  </w:num>
  <w:num w:numId="2" w16cid:durableId="923300233">
    <w:abstractNumId w:val="6"/>
  </w:num>
  <w:num w:numId="3" w16cid:durableId="1955358759">
    <w:abstractNumId w:val="5"/>
  </w:num>
  <w:num w:numId="4" w16cid:durableId="705834397">
    <w:abstractNumId w:val="4"/>
  </w:num>
  <w:num w:numId="5" w16cid:durableId="207763092">
    <w:abstractNumId w:val="7"/>
  </w:num>
  <w:num w:numId="6" w16cid:durableId="677318612">
    <w:abstractNumId w:val="3"/>
  </w:num>
  <w:num w:numId="7" w16cid:durableId="1407415644">
    <w:abstractNumId w:val="2"/>
  </w:num>
  <w:num w:numId="8" w16cid:durableId="650059806">
    <w:abstractNumId w:val="1"/>
  </w:num>
  <w:num w:numId="9" w16cid:durableId="136925809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78D"/>
    <w:rsid w:val="00034616"/>
    <w:rsid w:val="0006063C"/>
    <w:rsid w:val="0015074B"/>
    <w:rsid w:val="0029639D"/>
    <w:rsid w:val="00326F90"/>
    <w:rsid w:val="003D582A"/>
    <w:rsid w:val="00434B7C"/>
    <w:rsid w:val="00541BBE"/>
    <w:rsid w:val="009A282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C01EE2"/>
  <w14:defaultImageDpi w14:val="300"/>
  <w15:docId w15:val="{F89E5E28-EE1D-A742-BAD8-6A065EB49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6126E8E6B9254781968FB91B55BB71" ma:contentTypeVersion="15" ma:contentTypeDescription="Create a new document." ma:contentTypeScope="" ma:versionID="803b19163627edf1c337a1a80649f564">
  <xsd:schema xmlns:xsd="http://www.w3.org/2001/XMLSchema" xmlns:xs="http://www.w3.org/2001/XMLSchema" xmlns:p="http://schemas.microsoft.com/office/2006/metadata/properties" xmlns:ns2="da841713-39f9-4686-9ed5-88b630a7a117" xmlns:ns3="dc00c094-af9f-40f9-a83d-0961e8c18422" targetNamespace="http://schemas.microsoft.com/office/2006/metadata/properties" ma:root="true" ma:fieldsID="51b85b3b32e0162003ca785aae907a0f" ns2:_="" ns3:_="">
    <xsd:import namespace="da841713-39f9-4686-9ed5-88b630a7a117"/>
    <xsd:import namespace="dc00c094-af9f-40f9-a83d-0961e8c184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841713-39f9-4686-9ed5-88b630a7a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725245e-1ee0-4a55-adde-12a786d519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0c094-af9f-40f9-a83d-0961e8c1842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a32be2b-7ae5-47eb-a9de-700c3e52a7d7}" ma:internalName="TaxCatchAll" ma:showField="CatchAllData" ma:web="dc00c094-af9f-40f9-a83d-0961e8c184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841713-39f9-4686-9ed5-88b630a7a117">
      <Terms xmlns="http://schemas.microsoft.com/office/infopath/2007/PartnerControls"/>
    </lcf76f155ced4ddcb4097134ff3c332f>
    <TaxCatchAll xmlns="dc00c094-af9f-40f9-a83d-0961e8c18422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EFE65B-9275-46DB-9584-9FC2DC9558C2}"/>
</file>

<file path=customXml/itemProps3.xml><?xml version="1.0" encoding="utf-8"?>
<ds:datastoreItem xmlns:ds="http://schemas.openxmlformats.org/officeDocument/2006/customXml" ds:itemID="{1E0DB96F-996D-4735-9B25-76E3CF1B5A23}"/>
</file>

<file path=customXml/itemProps4.xml><?xml version="1.0" encoding="utf-8"?>
<ds:datastoreItem xmlns:ds="http://schemas.openxmlformats.org/officeDocument/2006/customXml" ds:itemID="{35002968-EA16-473B-81C5-DCFED99C117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Teacher</cp:lastModifiedBy>
  <cp:revision>3</cp:revision>
  <dcterms:created xsi:type="dcterms:W3CDTF">2026-09-18T15:33:00Z</dcterms:created>
  <dcterms:modified xsi:type="dcterms:W3CDTF">2026-09-18T15:34:00Z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0x0101000E6126E8E6B9254781968FB91B55BB71</vt:lpwstr>
  </property>
</Properties>
</file>